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طلب ترك الخصومة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الدائرة [رقم الدائرة] بـ[اسم المحكمة]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طلب ترك الخصومة في القضية رقم [رقم القضية]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مقدم الطلب وصفته: [الاسم] - [المدعي / وكيل المدعي برقم وكالة ..]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المدعى عليه: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قيد الدعوى: [التاريخ]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أتقدم لفضيلتكم بطلب ترك الخصومة في الدعوى المشار إليها أعلاه. [اذكر السبب إن رغبت]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[إثبات ترك الخصومة]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ترك الخصومة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