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szCs w:val="30"/>
          <w:rtl w:val="1"/>
          <w:lang w:val="ar-SA" w:bidi="ar-SA"/>
        </w:rPr>
        <w:t>طلب استمرار السير في الدعوى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أصحاب الفضيلة رئيس وأعضاء الدائرة [رقم الدائرة] بـ[اسم المحكمة] حفظهم الله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الموضوع: طلب استمرار السير في القضية رقم [رقم القضية]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مقدم الطلب وصفته: [الاسم] - [مدع / مدعى عليه / وكيل]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الطرف الآخر: [الاسم]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سبب الوقف وتاريخه: [بطلب الأطراف / بحكم الدائرة] - [التاريخ]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أسباب طلب السير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[اكتب سبب الطلب، مثل زوال سبب الوقف]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المرفقات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[ما يثبت زوال سبب الوقف إن وجد]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الطلبات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[استمرار السير في الدعوى وتحديد جلسة]</w:t>
      </w:r>
    </w:p>
    <w:p>
      <w:pPr>
        <w:bidi w:val="1"/>
        <w:spacing w:after="80" w:line="324" w:lineRule="auto" w:before="28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مقدمه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الاسم: [الاسم]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التوقيع: [التوقيع]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color w:val="4D6560"/>
        <w:sz w:val="16"/>
        <w:szCs w:val="16"/>
        <w:rtl w:val="1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 w:val="1"/>
    </w:pPr>
    <w:rPr>
      <w:rFonts w:ascii="Arial" w:hAnsi="Arial" w:cs="Arial"/>
      <w:sz w:val="24"/>
      <w:rtl w:val="1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طلب استمرار السير في الدعوى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ar-SA</dc:language>
</cp:coreProperties>
</file>