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أمام المحكمة التجارية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بالمحكمة التجارية بـ[اسم 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[نوع الدعوى التجارية]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المدعى عليه: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للمدعى عليه: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السجل التجاري للمدعى عليه: [رقم السجل]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الإخطار السابق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طلب الإخطار وتاريخه: [رقم الإخطار في ناجز] - [تاريخ الإرسال]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نتيجة الإخطار: [لم يسدد / سدد جزئيا / رد بـ..]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المطالبة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المبلغ أو محل الطلب: [المبلغ أو الطلب]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مصدر العلاقة: [عقد / فواتير / أوامر شراء] رقم [..] وتاريخ [..]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بإيجاز وتسلسل]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[العقد أو الفواتير]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[ما يثبت الإخطار]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[مستندات أخرى]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أمام المحكمة التجارية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